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"החבר" מאת אלזה מורנטה – מסלול רגיל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הסופרת אלזה מורנטה ואת שלבי הלימוד של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מושגים מרכזיים בניתוח 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הסדר וההבנה של מהלך הלמידה (קריאה, סיכום, שיעורים, פעילויות)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הכרת הסופרת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איטליה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המאה ה-20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להסביר מילים קשות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לחזור על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ארבעה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 המסלול – קריאה ומילון באים ראשונים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המשחק מגיע אחרי השיעורים והפעילויות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הוא מופיע בסוף רשימת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סיכום הסצנות מגיע לפני הפעילויות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פעילויות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תרגול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שלב למטרתו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(להכיר את הסופרת ואת המילים הקשות)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(לחזור על העלילה)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(ללמוד את הסיפור לפי הסדר)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(תרגול אינטראקטיבי)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(חזרה משחקית על החומר)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(תרגול בכתב להדפסה)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השלבים במסלול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קריאה ומילון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סיכום לפי סצנות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שיעורים 1-4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פעילויות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דף תרגול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להבין את הסיפור בלי להיתקע במילים לא מוכרות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היא הייתה סופרת איטלקיה שחיה וכתבה במאה ה-20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אלזה מורנטה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קוראים ולומדים מילים קשות במילון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הסיכום הוא חזרה כתובה על העלילה, המשחק הוא חזרה בצורה משחקית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סדר השלבים על הלוח לפני תחילת העבודה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חלק ההתאמה וה-tf בזוגות כדי לעודד 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האישית אפשר לאפשר שיתוף בכיתה למי שמעוניין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"החבר" מאת אלזה מורנטה – מסלול רגיל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מה שלמדנו במסלול הרגיל על הסיפור "החבר" מאת אלזה מורנטה – מהכרת הסופרת ועד לתרגול הסופי.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הכרת הסופרת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אלזה מורנטה הייתה סופרת מאיזו מדינה?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איטליה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מאה חייתה וכתבה אלזה מורנטה?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המאה ה-18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המאה ה-19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המאה ה-20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המאה ה-21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התפקיד של המילון שלומדים לפני קריאת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לשנות את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להסביר מילים קשות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לספר את סוף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לצייר את הדמויות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המטרה של הסיכום לפי סצנות?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ללמוד שיר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לחזור על העלילה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חיבור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שיעורים יש במסלול הלימוד של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קודם לומדים את המילים הקשות ורק אחר כך קוראים את הסיפור.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המשחק מופיע במסלול לפני השיעורים.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התרגול להדפסה הוא השלב האחרון במסלול.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הפעילויות האינטראקטיביות מגיעות לפני סיכום הסצנות.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קריאת הסיפור לומדים את ה__________ הקשות כדי להבין אותו טוב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הקריאה עושים __________ לפי סצנות כדי לחזור על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בשלב מתקדם יש __________ לתרגול אינטראקטיבי של החומר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המסלול יש דף __________ שאפשר להדפיס ולתרגל בכתב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שלב למטרתו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קריאה ומילון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ללמוד את הסיפור לפי הסדר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סיכום לפי סצנות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תרגול בכתב להדפסה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שיעורים 1-4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להכיר את הסופרת ואת המילים הקשות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פעילויות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לחזור על העלילה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תרגול אינטראקטיבי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דף תרגול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חזרה משחקית על החומר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השלבים במסלול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תרגול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פעילויות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ומילון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שיעורים 1-4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סיכום לפי סצנות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כדאי ללמוד מילים קשות לפני קריאת הסיפור?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שתי עובדות שלמדתם על הסופרת אלזה מורנטה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כתבה את הסיפור "החבר"?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בשלב הראשון במסלול הלימוד?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סיכום לפי סצנות למשחק החזרה?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הסיפור "החבר" מאת אלזה מורנטה – מסלול רגיל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