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"החבר" מאת אלזה מורנטה – מסלול רגיל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הסופרת אלזה מורנטה ואת שלבי הלימוד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מרכזיים בניתוח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הסדר וההבנה של מהלך הלמידה (קריאה, סיכום, שיעורים, פעילויות)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הסופרת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המאה ה-20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להסביר מילים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לחזור על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המסלול – קריאה ומילון באים ראשונים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המשחק מגיע אחרי השיעורים והפעילויות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מופיע בסוף רשימת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סיכום הסצנות מגיע לפני הפעילויות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(להכיר את הסופרת ואת המילים הקשות)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(לחזור על העלילה)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(ללמוד את הסיפור לפי הסדר)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(תרגול אינטראקטיבי)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(חזרה משחקית על החומר)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(תרגול בכתב להדפסה)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קריאה ומילון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סיכום לפי סצנות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שיעורים 1-4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דף תרגול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להבין את הסיפור בלי להיתקע במילים לא מוכרות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הייתה סופרת איטלקיה שחיה וכתבה במאה ה-20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אלזה מורנטה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ולומדים מילים קשות במילון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הסיכום הוא חזרה כתובה על העלילה, המשחק הוא חזרה בצורה משחקית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סדר השלבים על הלוח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וה-tf בזוגות כדי לעודד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האישית אפשר לאפשר שיתוף בכיתה למי שמעוניין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"החבר" מאת אלזה מורנטה – מסלול רגיל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דברים שלמדנו על הסיפור "החבר". נזכור מי כתבה אותו ואיך למדנו אותו שלב אחרי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שכתבה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שקורה בסיפור, מהתחלה עד 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סצנה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בסיפור שקורה במקום או בזמן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שמופיע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דיאלוג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בין דמויות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קשות עם הסבר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שהסיפור רוצה להעביר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 לימוד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השלבים שבהם לומדים 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הכרת הסופרת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הייתה הסופרת?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היא חייתה?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המאה ה-18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המאה ה-19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המאה ה-20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המאה ה-21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צריך מילון לפני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לשנות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את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עושים סיכום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שיר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לחזור על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שיעורים לומדים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קודם לומדים את המילים הקשות ורק אחר כך קוראים את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מופיע במסלול לפני השיעורים.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התרגול להדפסה הוא השלב האחרון במסלול.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הפעילויות האינטראקטיביות מגיעות לפני סיכום הסצנות.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קריאת הסיפור לומדים את ה__________ הקשות כדי להבין אותו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הקריאה עושים __________ לפי סצנות כדי לחזור על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מתקדם יש __________ לתרגול אינטראקטיבי של החומר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המסלול יש דף __________ שאפשר להדפיס ולתרגל בכתב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קריאה ומילון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חזרה משחקית על החומר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סיכום לפי סצנות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תרגול אינטראקטיבי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שיעורים 1-4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לחזור על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פעילויות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להכיר את הסופרת ואת המילים הקשות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תרגול בכתב להדפסה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דף תרגול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ללמוד את הסיפור לפי הסדר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במסלול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תרגול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ומילון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לפי סצנות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שיעורים 1-4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כדאי ללמוד מילים קשות לפני קריאת 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עובדות שלמדתם על הסופרת אלזה מורנטה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כתבה את הסיפור "החבר"?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בשלב הראשון במסלול הלימוד?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סיכום לפי סצנות למשחק החזרה?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"החבר" מאת אלזה מורנטה – מסלול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