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מאת אלזה מורנטה – מסלול רגיל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הסופרת אלזה מורנטה ואת שלבי הלימוד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מרכזיים בניתוח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הסדר וההבנה של מהלך הלמידה (קריאה, סיכום, שיעורים, פעילויות)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מילים קשות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המסלול – קריאה ומילון באים 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המשחק מגיע אחרי השיעורים והפעילויות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מופיע בסוף רשימת השלבים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(להכיר את הסופרת ואת המילים הקשות)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(לחזור על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(ללמוד את הסיפור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(תרגול אינטראקטיבי)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 לפי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שיעורים 1-4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פעילויות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הסיפור בלי להיתקע במילים לא מוכרות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אלזה מורנטה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ולומדים מילים קשות במילון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הסיכום הוא חזרה כתובה על העלילה, המשחק הוא חזרה בצורה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סדר השלבים על הלוח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וה-tf בזוגות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לאפשר שיתוף בכיתה למי שמעוניין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מאת אלזה מורנטה – מסלול רגיל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שלמדנו במסלול הרגיל על הסיפור "החבר" מאת אלזה מורנטה – מהכרת הסופרת ועד לתרגול הסופי.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סיכום  ·  מילים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הכרת הסופרת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אלזה מורנטה הייתה סופרת מאיזו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התפקיד של המילון שלומדים לפני קריאת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לשנות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להסביר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את סוף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קודם לומדים את המילים הקשות ורק אחר כך קוראים את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מופיע במסלול לפני השיעורים.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דף התרגול להדפסה הוא השלב האחרון במסלול.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קריאת הסיפור לומדים את ה__________ הקשות כדי להבין אותו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הקריאה עושים __________ לפי סצנות כדי לחזור על העלילה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שלב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קריאה ומילון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תרגול אינטראקטיבי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סיכום לפי סצנות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ללמוד את הסיפור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שיעורים 1-4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להכיר את הסופרת ואת המילים הקשות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פעילויות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לחזור על העלילה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סיכום לפי סצנות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שיעורים 1-4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פעילויות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ומילון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כדאי ללמוד מילים קשות לפני קריאת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כתבה את הסיפור "החבר"?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בשלב הראשון במסלול הלימוד?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"החבר" מאת אלזה מורנטה – מסלול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